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עבודת שורשים – 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עבודת שורשים כיתה ז׳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מבנה עבודת השורשים ואת שמונה התחנות שבדרך להשלמתה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ראיון עם בן משפחה מבוגר וכתיבת סיכום מסודר של הסיפור ששמעו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איסוף ומיון מידע משפחתי - שמות, מקומות, תמונות ומסורות - לקראת כתיבת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להתנסות בתהליך של טיוטה, משוב ושיפור לקראת הגשה סופית של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מכירים את הפרויקט – הכרת מבנה העבודה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מטרה, שאלות מנחות, מסגרת כתיבה, דוגמה וצ'קליסט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סיפור המשפחה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תחנה 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מכירים את הפרויקט – מתאימים תחנה לתוכן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(עץ משפחה, שמות, מקומות ותמונות)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(ראיון, מסע, חפץ ומסורת)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(היישוב או העיר שלי)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(מגישים טיוטה, מקבלים הערות ומשפרים)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(רפלקציה, שער, תוכן עניינים והגשה)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מכירים את הפרויקט – חושבים ומיישמים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סיפורים שלא נכתבים עלולים להישכח, והתיעוד שומר אותם לדורות הבאים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יצירת קשר בין דורות, למידה על העבר וחיזוק הקשר המשפחתי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כל תשובה סבירה הקשורה למסורת, חפץ, מתכון או סיפור משפחתי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להגיש טיוטה, לקבל משוב ולשפר את הכתיבה בעקבות ההערות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השם שלי וסיפורו – מכירים את הפרק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זהו תוכנה של תחנה 3 - אוספים את המשפחה, ולא של הפרק הזה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בדיוק מטרת הפרק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מצוין באתר לגבי כל שמונת הפרקים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השם שלי וסיפורו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תחנה 2 - מתחילים ממני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מטרה, שאלות מנחות, מסגרת כתיבה, דוגמה וצ'קליסט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קרוב משפחה מבוגר כמו סבא או סבתא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השם שלי וסיפורו – כתיבה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 שאני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השם שלי וסיפורו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(שיחה אמיתית עם סבא, סבתא או בן משפחה מבוגר)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(להבין מאיפה הגעתי ומה מעצב את מי שאני)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(תיעוד סיפורים שעלולים להישכח אם לא כותבים אותם)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(ראיון, כתיבה, עריכה וציטוט מקורות)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עץ המשפחה וראיון עם בן משפחה – היכרות עם הפרק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בדיוק התוכן של פרק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הראיון בפרק הזה הוא עם בן משפחה, לא עם חבר מהכיתה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אלה הנושאים המרכזיים שמוצעים לראיון בפרק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עץ המשפחה וראיון עם בן משפחה – היכרות עם הפרק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עץ משפחה וראיון עם בן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בן משפחה מבוגר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עץ המשפחה וראיון עם בן משפחה – איסוף מידע והכנת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מקומות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עץ המשפחה וראיון עם בן משפחה – איסוף מידע והכנת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(מאיפה היגרתם ולאן עברתם?)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(מאיפה החפץ הזה הגיע אליך?)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(איזה מנהג המשפחה שומרת כל שנה?)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(למה בחרו לקרוא לי בשם הזה?)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המקום שלי - היישוב או העיר – מה אני כבר יודע/ת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הנושא המרכזי של הפרק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 ואף כדאי לכתוב היסטוריה קצרה של המקום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כל שמונת הפרקים בנויים באותו 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הפרק מבקש לתאר גם מאפיינים וגם קשר אישי למקום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המקום שלי - היישוב או העיר – איסוף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בני משפחה או שכנים מבוגרים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קשר אישי למקום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A4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שאלות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המקום שלי - היישוב או העיר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הכוללת שלושה מאפיינים רלוונטיים ומדויקים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המבוססת על מידע עובדתי אמיתי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ומנומקת הכוללת דוגמה אחת לפחות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השוואה הכוללת לפחות דמיון אחד והבדל אחד בין שני המקומות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כתיבה, עיצוב והגשה – מכירים את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אכן כך בתחנה 7 מגישים טיוטה, מקבלים הערות ומשפרים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אחרי קבלת המשוב צריך לשפר את הכתיבה לפי ההערות שקיבלתם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בתחנה 6 כל פרק נכתב ומעוצב כדף A4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השער ותוכן העניינים נכתבים בתחנה 8, לקראת ההגשה הסופית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כתיבה, עיצוב והגשה – משלימים את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טיוטה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מעוצב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כתיבה, עיצוב והגשה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שאלות הקשורות לבהירות הכתיבה, לעיצוב הדף או לתוכן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הסבר שמזכיר שיפור הכתיבה, תיקון טעויות ושיפור הדף לפני ההגשה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המתייחסת לגילוי חדש על המשפחה או על עצמם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לדוגמה שם התלמיד, כותרת העבודה ותמונה או איור הקשורים למשפחה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שאלות אמריקאיות על 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פרק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השם שלי וסיפורו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פרק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היישוב או העיר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קנבה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מטרה, שאלות מנחות, מסגרת כתיבה, דוגמה וצ׳קליסט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א – מגישים טיוטה ומקבלים משוב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פתוחות על 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הכוללת רעיון של שימור זיכרון – סיפורים שלא נכתבים עלולים להישכח, ותיעוד שומר אותם לדורות הבאים.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אפשרית: להכין מראש שאלות על מסע, חפץ או מסורת משפחתית, ולהקשיב בתשומת לב בזמן הראיון.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מנומקת המראה קשר בין מקור השם או משמעותו לבין סיפור היישוב או ההגעה אליו.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שבכל פרק יש מטרה ברורה, שאלות שמכוונות את הכתיבה, ומסגרת שמארגנת את הטקסט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מסבירה שטיוטה היא הניסיון הראשון והמשוב הוא הערות שמקבלים כדי לשפר לפני ההגשה הסופית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כוללת דוגמה אישית וקונקרטית ומסבירה בקצרה מה היא מלמדת על המשפחה או על הזהות של הכותב/ת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למספר שיעורים - פרק אחד או שניים בכל שיעור, בהתאם לקצב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שמתקשים לגשת לבן משפחה לראיון אפשר להציע חלופה: כתיבה על זיכרון אישי או חפץ ביתי מוכר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שיתוף בכיתה של קטעים קצרים מהעבודה, כדי לחזק את תחושת ההיכרות וההערכה ההדדית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להציע להוסיף מקור נוסף למחקר, כמו תמונה ישנה או מסמך משפחתי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עבודת שורשים – 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עבודת שורשים כיתה ז׳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יש תרגילים על עבודת השורשים. עובדים לפי הסדר, פרק אחרי פרק. בכל פרק יש שאלה קטנה לבדיקה עצמית.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עבודת שורשים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עבודה אישית על סיפור המשפחה שלי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עץ משפחה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ציור או רשימה שמראה את בני המשפחה ואת הקשרים ביניהם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מתוכננת שבה שואלים שאלות כדי לאסוף מידע או 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מסורת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מנהג או הרגל שעובר במשפחה מדור לדור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שחיה באותה תקופה, כמו סבים, הורים וילדים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רפלקציה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כתיבה אישית על מה שלמדתי או הרגשתי בתהליך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טיוטה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גרסה ראשונה של כתיבה, לפני תיקון ושיפור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הערות שעוזרות לשפר את הכתיבה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או האדם שממנו קיבלתי מידע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תוכן עניינים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רשימה שמראה אילו פרקים יש בעבודה ובאיזה עמוד הם נמצאים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מכירים את הפרויקט – הכרת מבנה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פרקים יש בעבודה כולה?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כלול בכל פרק בעבודה?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שאלות מנחות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מטרה, שאלות מנחות, מסגרת כתיבה, דוגמה וצ'קליסט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דוגמה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מטרה וצ'קליסט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נושא העבודה?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סיפור המשפחה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היסטוריה כללית של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מקצוע שאני רוצה בעתיד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חג מסוים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תחנה כותבים על השם שלי?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תחנה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תחנה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תחנה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תחנה 8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מכירים את הפרויקט – מתאימים תחנה לתוכן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תחנה 3 – אוספים את המשפחה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רפלקציה, שער, תוכן עניינים והגשה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תחנה 4 – שואלים ומקשיבים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מגישים טיוטה, מקבלים הערות ומשפרים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תחנה 5 – מכירים את המקום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ראיון, מסע, חפץ ומסורת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תחנה 7 – טיוטה ומשוב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היישוב או העיר שלי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תחנה 8 – מגישים בגאווה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עץ משפחה, שמות, מקומות ותמונות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מכירים את הפרויקט – חושבים ומיישמים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חשוב לשמר את סיפורי המשפחה (שימור זיכרון).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לדעתכם התועלת שבשיחה עם בן או בת משפחה מבוגרים?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שתי דוגמאות לדברים שאפשר לשאול עליהם במשפחה, כמו חפץ או מתכון.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לפי מבנה המסלול, מה חשוב לעשות לפני הגשת העבודה הסופית (תחנה 7)?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השם שלי וסיפורו – מכירים את הפרק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פרק 2 בעבודת השורשים עוסק בעץ המשפחה ובתמונות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פרק 2 עוסק בשם הפרטי שלי ובסיפור שמאחוריו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הכתיבה והעיצוב של כל פרק בעבודה נעשים בקנבה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השם שלי וסיפורו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במסלול נמצא הפרק על השם שלי?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תחנה 1 - מכירים את הפרויקט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תחנה 2 - מתחילים ממני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תחנה 4 - שואלים ומקשיבים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תחנה 6 - כותבים ומעצבים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יש בתוך כל פרק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שאלה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מטרה, שאלות מנחות, מסגרת כתיבה, דוגמה וצ'קליסט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דוגמה ללא הסברים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ממי כדאי לשאול על מקור השם?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קרוב משפחה מבוגר כמו סבא או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חבר לכיתה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אחד, זה סוד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השם שלי וסיפורו – כתיבה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פרק 2 עוסק בשם שלי ו__________ שמאחוריו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אחת ממטרות עבודת השורשים היא להבין מאיפה הגעתי ומה מעצב 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השם שלי וסיפורו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קשר בין דורות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להבין מאיפה הגעתי ומה מעצב את מי שאני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זהות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שיחה אמיתית עם סבא, סבתא או בן משפחה מבוגר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שימור זיכרון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ראיון, כתיבה, עריכה וציטוט מקורות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כישורי לשון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תיעוד סיפורים שעלולים להישכח אם לא כותבים אותם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עץ המשפחה וראיון עם בן משפחה – היכרות עם הפרק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בפרק 3 בונים עץ משפחה הכולל שמות, מקומות ותמונות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בפרק 3 כותבים ראיון עם חבר או חברה מהכיתה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בראיון עם בן המשפחה אפשר לשאול על מסע, חפץ או מסורת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עץ המשפחה וראיון עם בן משפחה – היכרות עם הפרק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בפרק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עץ משפחה וראיון עם בן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כתיבת מתכון משפחתי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איסוף תמונות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כתיבת שיר על הארץ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את מי מראיינים?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מורה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בן משפחה מבוגר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שכן מהרחוב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 מהכיתה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עץ המשפחה וראיון עם בן משפחה – איסוף מידע והכנת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הראיון חשוב להכין רשימת __________ מראש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בעץ המשפחה אפשר לרשום שמות, __________ ותמונות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עץ המשפחה וראיון עם בן משפחה – איסוף מידע והכנת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שאלה על מסע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מאיפה החפץ הזה הגיע אליך?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שאלה על חפץ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איזה מנהג המשפחה שומרת כל שנה?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שאלה על מסורת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למה בחרו לקרוא לי בשם הזה?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שאלה על 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מאיפה היגרתם ולאן עברתם?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המקום שלי - היישוב או העיר – מה אני כבר יודע/ת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פרק 4 עוסק בהיכרות עם היישוב או העיר שבהם אני חי/ה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אסור לכתוב בפרק הזה על ההיסטוריה של המקום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כמו כל פרק בעבודה, גם בפרק 4 יש מטרה, שאלות מנחות ודוגמה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הקשר האישי שלי למקום לא רלוונטי לפרק הזה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המקום שלי - היישוב או העיר – איסוף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ללמוד על ההיסטוריה של היישוב שלי כדאי לשאול __________ שגרים שם שנים רבות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פרק 4 עוסק בשלושה היבטים עיקריים: מאפיינים, היסטוריה קצרה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כל פרק בעבודה נכתב ומעוצב כדף __________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תחילת הכתיבה כדאי לענות על ה__________ המנחות שמופיעות בפרק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המקום שלי - היישוב או העיר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מאפיינים של היישוב או העיר שבהם אתם גרים (למשל: גודל, מיקום, אופי)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על ההיסטוריה הקצרה של המקום שלכם (מתי הוקם, מניין שמו וכדומה)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במשפטים משלכם מה הקשר האישי שלכם למקום - מה אתם אוהבים בו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השוו בין המקום שבו אתם גרים היום לבין המקום שבו גדל אחד ההורים או הסבים שלכם - מה דומה ומה שונה?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כתיבה, עיצוב והגשה – מכירים את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בתחנה 7 מגישים טיוטה ולאחר מכן מקבלים משוב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קבלת ההערות על הטיוטה אפשר להשאיר את הפרק בדיוק כפי שהוא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פרק בעבודת השורשים נכתב ומעוצב כדף אחד בגודל A4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השער ותוכן העניינים נכתבים בתחנה הראשונה של המסלול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כתיבה, עיצוב והגשה – משלימים את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ההגשה הסופית מגישים __________ ומקבלים עליה הערות לשיפור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בתחנה 6 כל פרק נכתב ו__________ כדף A4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בתחנה 8 כותבים __________ קצרה על תהליך העבודה, לצד שער ותוכן עניינים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אחרי קבלת המשוב יש לבצע __________ בכתיבה לפני ההגשה הסופית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כתיבה, עיצוב והגשה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שאלות שהייתם שואלים חבר או חברה שקוראים את הטיוטה שלכם, כדי לקבל מהם משוב מועיל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חשוב להגיש טיוטה ולקבל עליה משוב לפני ההגשה הסופית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רפלקציה קצרה: מה למדתם על המשפחה שלכם תוך כדי כתיבת העבודה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תארו מה יופיע בעמוד השער של העבודה שלכם, לפחות שלושה פרטים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חזרה מסכמת – שאלות אמריקאיות על 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פרק לומדים להכיר את הפרויקט?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פרק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פרק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פרק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פרק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במה עוסק פרק 2?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עץ המשפחה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השם שלי וסיפורו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היישוב או העיר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הגשה סופית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פרק יש ראיון עם בן 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פרק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פרק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פרק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פרק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במה עוסק פרק 4?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השם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המתכונים במשפחה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היישוב או העיר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המחוון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באיזו תוכנה מעצבים את הדפים?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קנבה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וורד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פאוורפוינט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פוטושופ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פרקים יש בעבודה כולה?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אילו חלקים יש בכל פרק?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מטרה, שאלות מנחות, מסגרת כתיבה, דוגמה וצ׳קליסט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צ׳קליסט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שאלות מנחות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קורה לפני ההגשה הסופית?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מגישים טיוטה ומקבלים משוב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כותבים את השם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בוחרים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מראיינים בן משפחה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שאלות פתוחות על 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מדוע חשוב לתעד ולשמר סיפורי משפחה.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שני דברים שתעשו כדי להכין ראיון טוב עם בן משפחה, בהתאם לפרק 3.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כיצד אפשר לקשר בין סיפור השם שלכם (פרק 2) לבין המקום שבו אתם גרים (פרק 4) בעבודה הסופית.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שלושה דברים חשובים צריך לכלול בכל פרק בעבודת השורשים (מטרה, שאלות מנחות, מסגרת כתיבה)?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טיוטה למשוב, ולמה שני השלבים חשובים לפני ההגשה הסופית?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למסורת, חפץ או מסע שיכולים להופיע בעבודה שלכם, ולמה דווקא הם מספרים משהו על המשפחה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עבודת שורשים כיתה ז׳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