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עבודת שורשים – כיתה ז׳</w:t>
            </w:r>
          </w:p>
          <w:p>
            <w:pPr>
              <w:bidi/>
              <w:jc w:val="right"/>
            </w:pPr>
            <w:r>
              <w:rPr>
                <w:rFonts w:ascii="Arial" w:hAnsi="Arial" w:cs="Arial" w:eastAsia="Arial"/>
                <w:lang w:val="he-IL" w:bidi="he-IL"/>
                <w:b/>
                <w:color w:val="3C1361"/>
                <w:sz w:val="32"/>
                <w:rtl/>
                <w:szCs w:val="32"/>
                <w:bCs/>
              </w:rPr>
              <w:t>חוברת תרגול – עבודת שורשים כיתה ז׳</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את מבנה עבודת השורשים ואת שמונה התחנות שבדרך להשלמתה</w:t>
      </w:r>
    </w:p>
    <w:p>
      <w:pPr>
        <w:bidi/>
        <w:spacing w:after="80"/>
        <w:jc w:val="right"/>
      </w:pPr>
      <w:r>
        <w:rPr>
          <w:rFonts w:ascii="Arial" w:hAnsi="Arial" w:cs="Arial" w:eastAsia="Arial"/>
          <w:lang w:val="he-IL" w:bidi="he-IL"/>
          <w:sz w:val="22"/>
          <w:rtl/>
          <w:szCs w:val="22"/>
        </w:rPr>
        <w:t>• לתרגל ראיון עם בן משפחה מבוגר וכתיבת סיכום מסודר של הסיפור ששמעו</w:t>
      </w:r>
    </w:p>
    <w:p>
      <w:pPr>
        <w:bidi/>
        <w:spacing w:after="80"/>
        <w:jc w:val="right"/>
      </w:pPr>
      <w:r>
        <w:rPr>
          <w:rFonts w:ascii="Arial" w:hAnsi="Arial" w:cs="Arial" w:eastAsia="Arial"/>
          <w:lang w:val="he-IL" w:bidi="he-IL"/>
          <w:sz w:val="22"/>
          <w:rtl/>
          <w:szCs w:val="22"/>
        </w:rPr>
        <w:t>• לתרגל איסוף ומיון מידע משפחתי - שמות, מקומות, תמונות ומסורות - לקראת כתיבת הפרקים</w:t>
      </w:r>
    </w:p>
    <w:p>
      <w:pPr>
        <w:bidi/>
        <w:spacing w:after="80"/>
        <w:jc w:val="right"/>
      </w:pPr>
      <w:r>
        <w:rPr>
          <w:rFonts w:ascii="Arial" w:hAnsi="Arial" w:cs="Arial" w:eastAsia="Arial"/>
          <w:lang w:val="he-IL" w:bidi="he-IL"/>
          <w:sz w:val="22"/>
          <w:rtl/>
          <w:szCs w:val="22"/>
        </w:rPr>
        <w:t>• להתנסות בתהליך של טיוטה, משוב ושיפור לקראת הגשה סופית של העבודה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מכירים את הפרויקט – הכרת מבנה העבודה</w:t>
      </w:r>
    </w:p>
    <w:p>
      <w:pPr>
        <w:bidi/>
        <w:spacing w:after="40"/>
        <w:jc w:val="right"/>
      </w:pPr>
      <w:r>
        <w:rPr>
          <w:rFonts w:ascii="Arial" w:hAnsi="Arial" w:cs="Arial" w:eastAsia="Arial"/>
          <w:lang w:val="he-IL" w:bidi="he-IL"/>
          <w:sz w:val="22"/>
          <w:rtl/>
          <w:szCs w:val="22"/>
        </w:rPr>
        <w:t>1. ג – שמונה</w:t>
      </w:r>
    </w:p>
    <w:p>
      <w:pPr>
        <w:bidi/>
        <w:spacing w:after="40"/>
        <w:jc w:val="right"/>
      </w:pPr>
      <w:r>
        <w:rPr>
          <w:rFonts w:ascii="Arial" w:hAnsi="Arial" w:cs="Arial" w:eastAsia="Arial"/>
          <w:lang w:val="he-IL" w:bidi="he-IL"/>
          <w:sz w:val="22"/>
          <w:rtl/>
          <w:szCs w:val="22"/>
        </w:rPr>
        <w:t>2. ב – מטרה, שאלות מנחות, מסגרת כתיבה, דוגמה וצ'קליסט</w:t>
      </w:r>
    </w:p>
    <w:p>
      <w:pPr>
        <w:bidi/>
        <w:pStyle w:val="Heading3"/>
        <w:spacing w:after="80"/>
        <w:jc w:val="right"/>
      </w:pPr>
      <w:r>
        <w:rPr>
          <w:rFonts w:ascii="Arial" w:hAnsi="Arial" w:cs="Arial" w:eastAsia="Arial"/>
          <w:lang w:val="he-IL" w:bidi="he-IL"/>
          <w:b/>
          <w:color w:val="DD6B20"/>
          <w:sz w:val="26"/>
          <w:rtl/>
          <w:szCs w:val="26"/>
          <w:bCs/>
        </w:rPr>
        <w:t>חלק ב׳ – פרק 1 · מכירים את הפרויקט – מתאימים תחנה לתוכן</w:t>
      </w:r>
    </w:p>
    <w:p>
      <w:pPr>
        <w:bidi/>
        <w:spacing w:after="40"/>
        <w:jc w:val="right"/>
      </w:pPr>
      <w:r>
        <w:rPr>
          <w:rFonts w:ascii="Arial" w:hAnsi="Arial" w:cs="Arial" w:eastAsia="Arial"/>
          <w:lang w:val="he-IL" w:bidi="he-IL"/>
          <w:sz w:val="22"/>
          <w:rtl/>
          <w:szCs w:val="22"/>
        </w:rPr>
        <w:t>1 – ג (עץ משפחה, שמות, מקומות ותמונות)</w:t>
      </w:r>
    </w:p>
    <w:p>
      <w:pPr>
        <w:bidi/>
        <w:spacing w:after="40"/>
        <w:jc w:val="right"/>
      </w:pPr>
      <w:r>
        <w:rPr>
          <w:rFonts w:ascii="Arial" w:hAnsi="Arial" w:cs="Arial" w:eastAsia="Arial"/>
          <w:lang w:val="he-IL" w:bidi="he-IL"/>
          <w:sz w:val="22"/>
          <w:rtl/>
          <w:szCs w:val="22"/>
        </w:rPr>
        <w:t>2 – א (ראיון, מסע, חפץ ומסורת)</w:t>
      </w:r>
    </w:p>
    <w:p>
      <w:pPr>
        <w:bidi/>
        <w:spacing w:after="40"/>
        <w:jc w:val="right"/>
      </w:pPr>
      <w:r>
        <w:rPr>
          <w:rFonts w:ascii="Arial" w:hAnsi="Arial" w:cs="Arial" w:eastAsia="Arial"/>
          <w:lang w:val="he-IL" w:bidi="he-IL"/>
          <w:sz w:val="22"/>
          <w:rtl/>
          <w:szCs w:val="22"/>
        </w:rPr>
        <w:t>3 – ב (היישוב או העיר שלי)</w:t>
      </w:r>
    </w:p>
    <w:p>
      <w:pPr>
        <w:bidi/>
        <w:pStyle w:val="Heading3"/>
        <w:spacing w:after="80"/>
        <w:jc w:val="right"/>
      </w:pPr>
      <w:r>
        <w:rPr>
          <w:rFonts w:ascii="Arial" w:hAnsi="Arial" w:cs="Arial" w:eastAsia="Arial"/>
          <w:lang w:val="he-IL" w:bidi="he-IL"/>
          <w:b/>
          <w:color w:val="3182CE"/>
          <w:sz w:val="26"/>
          <w:rtl/>
          <w:szCs w:val="26"/>
          <w:bCs/>
        </w:rPr>
        <w:t>חלק ג׳ – פרק 1 · מכירים את הפרויקט – חושבים ומיישמים</w:t>
      </w:r>
    </w:p>
    <w:p>
      <w:pPr>
        <w:bidi/>
        <w:spacing w:after="40"/>
        <w:jc w:val="right"/>
      </w:pPr>
      <w:r>
        <w:rPr>
          <w:rFonts w:ascii="Arial" w:hAnsi="Arial" w:cs="Arial" w:eastAsia="Arial"/>
          <w:lang w:val="he-IL" w:bidi="he-IL"/>
          <w:sz w:val="22"/>
          <w:rtl/>
          <w:szCs w:val="22"/>
        </w:rPr>
        <w:t>1. סיפורים שלא נכתבים עלולים להישכח, והתיעוד שומר אותם לדורות הבאים</w:t>
      </w:r>
    </w:p>
    <w:p>
      <w:pPr>
        <w:bidi/>
        <w:spacing w:after="40"/>
        <w:jc w:val="right"/>
      </w:pPr>
      <w:r>
        <w:rPr>
          <w:rFonts w:ascii="Arial" w:hAnsi="Arial" w:cs="Arial" w:eastAsia="Arial"/>
          <w:lang w:val="he-IL" w:bidi="he-IL"/>
          <w:sz w:val="22"/>
          <w:rtl/>
          <w:szCs w:val="22"/>
        </w:rPr>
        <w:t>2. כל תשובה סבירה הקשורה למסורת, חפץ, מתכון או סיפור משפחתי</w:t>
      </w:r>
    </w:p>
    <w:p>
      <w:pPr>
        <w:bidi/>
        <w:pStyle w:val="Heading3"/>
        <w:spacing w:after="80"/>
        <w:jc w:val="right"/>
      </w:pPr>
      <w:r>
        <w:rPr>
          <w:rFonts w:ascii="Arial" w:hAnsi="Arial" w:cs="Arial" w:eastAsia="Arial"/>
          <w:lang w:val="he-IL" w:bidi="he-IL"/>
          <w:b/>
          <w:color w:val="38A169"/>
          <w:sz w:val="26"/>
          <w:rtl/>
          <w:szCs w:val="26"/>
          <w:bCs/>
        </w:rPr>
        <w:t>חלק ד׳ – פרק 2 · השם שלי וסיפורו – מכירים את הפרק</w:t>
      </w:r>
    </w:p>
    <w:p>
      <w:pPr>
        <w:bidi/>
        <w:spacing w:after="40"/>
        <w:jc w:val="right"/>
      </w:pPr>
      <w:r>
        <w:rPr>
          <w:rFonts w:ascii="Arial" w:hAnsi="Arial" w:cs="Arial" w:eastAsia="Arial"/>
          <w:lang w:val="he-IL" w:bidi="he-IL"/>
          <w:sz w:val="22"/>
          <w:rtl/>
          <w:szCs w:val="22"/>
        </w:rPr>
        <w:t>1. לא נכון – זהו תוכנה של תחנה 3 - אוספים את המשפחה, ולא של הפרק הזה</w:t>
      </w:r>
    </w:p>
    <w:p>
      <w:pPr>
        <w:bidi/>
        <w:spacing w:after="40"/>
        <w:jc w:val="right"/>
      </w:pPr>
      <w:r>
        <w:rPr>
          <w:rFonts w:ascii="Arial" w:hAnsi="Arial" w:cs="Arial" w:eastAsia="Arial"/>
          <w:lang w:val="he-IL" w:bidi="he-IL"/>
          <w:sz w:val="22"/>
          <w:rtl/>
          <w:szCs w:val="22"/>
        </w:rPr>
        <w:t>2. נכון – זו בדיוק מטרת הפרק</w:t>
      </w:r>
    </w:p>
    <w:p>
      <w:pPr>
        <w:bidi/>
        <w:pStyle w:val="Heading3"/>
        <w:spacing w:after="80"/>
        <w:jc w:val="right"/>
      </w:pPr>
      <w:r>
        <w:rPr>
          <w:rFonts w:ascii="Arial" w:hAnsi="Arial" w:cs="Arial" w:eastAsia="Arial"/>
          <w:lang w:val="he-IL" w:bidi="he-IL"/>
          <w:b/>
          <w:color w:val="805AD5"/>
          <w:sz w:val="26"/>
          <w:rtl/>
          <w:szCs w:val="26"/>
          <w:bCs/>
        </w:rPr>
        <w:t>חלק ה׳ – פרק 2 · השם שלי וסיפורו – הבנה ויישום</w:t>
      </w:r>
    </w:p>
    <w:p>
      <w:pPr>
        <w:bidi/>
        <w:spacing w:after="40"/>
        <w:jc w:val="right"/>
      </w:pPr>
      <w:r>
        <w:rPr>
          <w:rFonts w:ascii="Arial" w:hAnsi="Arial" w:cs="Arial" w:eastAsia="Arial"/>
          <w:lang w:val="he-IL" w:bidi="he-IL"/>
          <w:sz w:val="22"/>
          <w:rtl/>
          <w:szCs w:val="22"/>
        </w:rPr>
        <w:t>1. ב – תחנה 2 - מתחילים ממני</w:t>
      </w:r>
    </w:p>
    <w:p>
      <w:pPr>
        <w:bidi/>
        <w:spacing w:after="40"/>
        <w:jc w:val="right"/>
      </w:pPr>
      <w:r>
        <w:rPr>
          <w:rFonts w:ascii="Arial" w:hAnsi="Arial" w:cs="Arial" w:eastAsia="Arial"/>
          <w:lang w:val="he-IL" w:bidi="he-IL"/>
          <w:sz w:val="22"/>
          <w:rtl/>
          <w:szCs w:val="22"/>
        </w:rPr>
        <w:t>2. ב – מטרה, שאלות מנחות, מסגרת כתיבה, דוגמה וצ'קליסט</w:t>
      </w:r>
    </w:p>
    <w:p>
      <w:pPr>
        <w:bidi/>
        <w:pStyle w:val="Heading3"/>
        <w:spacing w:after="80"/>
        <w:jc w:val="right"/>
      </w:pPr>
      <w:r>
        <w:rPr>
          <w:rFonts w:ascii="Arial" w:hAnsi="Arial" w:cs="Arial" w:eastAsia="Arial"/>
          <w:lang w:val="he-IL" w:bidi="he-IL"/>
          <w:b/>
          <w:color w:val="D53F8C"/>
          <w:sz w:val="26"/>
          <w:rtl/>
          <w:szCs w:val="26"/>
          <w:bCs/>
        </w:rPr>
        <w:t>חלק ו׳ – פרק 2 · השם שלי וסיפורו – כתיבה והשלמה</w:t>
      </w:r>
    </w:p>
    <w:p>
      <w:pPr>
        <w:bidi/>
        <w:spacing w:after="40"/>
        <w:jc w:val="right"/>
      </w:pPr>
      <w:r>
        <w:rPr>
          <w:rFonts w:ascii="Arial" w:hAnsi="Arial" w:cs="Arial" w:eastAsia="Arial"/>
          <w:lang w:val="he-IL" w:bidi="he-IL"/>
          <w:sz w:val="22"/>
          <w:rtl/>
          <w:szCs w:val="22"/>
        </w:rPr>
        <w:t>1. בסיפור</w:t>
      </w:r>
    </w:p>
    <w:p>
      <w:pPr>
        <w:bidi/>
        <w:spacing w:after="40"/>
        <w:jc w:val="right"/>
      </w:pPr>
      <w:r>
        <w:rPr>
          <w:rFonts w:ascii="Arial" w:hAnsi="Arial" w:cs="Arial" w:eastAsia="Arial"/>
          <w:lang w:val="he-IL" w:bidi="he-IL"/>
          <w:sz w:val="22"/>
          <w:rtl/>
          <w:szCs w:val="22"/>
        </w:rPr>
        <w:t>2. מי שאני</w:t>
      </w:r>
    </w:p>
    <w:p>
      <w:pPr>
        <w:bidi/>
        <w:pStyle w:val="Heading3"/>
        <w:spacing w:after="80"/>
        <w:jc w:val="right"/>
      </w:pPr>
      <w:r>
        <w:rPr>
          <w:rFonts w:ascii="Arial" w:hAnsi="Arial" w:cs="Arial" w:eastAsia="Arial"/>
          <w:lang w:val="he-IL" w:bidi="he-IL"/>
          <w:b/>
          <w:color w:val="E53E3E"/>
          <w:sz w:val="26"/>
          <w:rtl/>
          <w:szCs w:val="26"/>
          <w:bCs/>
        </w:rPr>
        <w:t>חלק ז׳ – פרק 2 · השם שלי וסיפורו – התאמה</w:t>
      </w:r>
    </w:p>
    <w:p>
      <w:pPr>
        <w:bidi/>
        <w:spacing w:after="40"/>
        <w:jc w:val="right"/>
      </w:pPr>
      <w:r>
        <w:rPr>
          <w:rFonts w:ascii="Arial" w:hAnsi="Arial" w:cs="Arial" w:eastAsia="Arial"/>
          <w:lang w:val="he-IL" w:bidi="he-IL"/>
          <w:sz w:val="22"/>
          <w:rtl/>
          <w:szCs w:val="22"/>
        </w:rPr>
        <w:t>1 – ג (שיחה אמיתית עם סבא, סבתא או בן משפחה מבוגר)</w:t>
      </w:r>
    </w:p>
    <w:p>
      <w:pPr>
        <w:bidi/>
        <w:spacing w:after="40"/>
        <w:jc w:val="right"/>
      </w:pPr>
      <w:r>
        <w:rPr>
          <w:rFonts w:ascii="Arial" w:hAnsi="Arial" w:cs="Arial" w:eastAsia="Arial"/>
          <w:lang w:val="he-IL" w:bidi="he-IL"/>
          <w:sz w:val="22"/>
          <w:rtl/>
          <w:szCs w:val="22"/>
        </w:rPr>
        <w:t>2 – ד (להבין מאיפה הגעתי ומה מעצב את מי שאני)</w:t>
      </w:r>
    </w:p>
    <w:p>
      <w:pPr>
        <w:bidi/>
        <w:spacing w:after="40"/>
        <w:jc w:val="right"/>
      </w:pPr>
      <w:r>
        <w:rPr>
          <w:rFonts w:ascii="Arial" w:hAnsi="Arial" w:cs="Arial" w:eastAsia="Arial"/>
          <w:lang w:val="he-IL" w:bidi="he-IL"/>
          <w:sz w:val="22"/>
          <w:rtl/>
          <w:szCs w:val="22"/>
        </w:rPr>
        <w:t>3 – א (תיעוד סיפורים שעלולים להישכח אם לא כותבים אותם)</w:t>
      </w:r>
    </w:p>
    <w:p>
      <w:pPr>
        <w:bidi/>
        <w:spacing w:after="40"/>
        <w:jc w:val="right"/>
      </w:pPr>
      <w:r>
        <w:rPr>
          <w:rFonts w:ascii="Arial" w:hAnsi="Arial" w:cs="Arial" w:eastAsia="Arial"/>
          <w:lang w:val="he-IL" w:bidi="he-IL"/>
          <w:sz w:val="22"/>
          <w:rtl/>
          <w:szCs w:val="22"/>
        </w:rPr>
        <w:t>4 – ב (ראיון, כתיבה, עריכה וציטוט מקורות)</w:t>
      </w:r>
    </w:p>
    <w:p>
      <w:pPr>
        <w:bidi/>
        <w:pStyle w:val="Heading3"/>
        <w:spacing w:after="80"/>
        <w:jc w:val="right"/>
      </w:pPr>
      <w:r>
        <w:rPr>
          <w:rFonts w:ascii="Arial" w:hAnsi="Arial" w:cs="Arial" w:eastAsia="Arial"/>
          <w:lang w:val="he-IL" w:bidi="he-IL"/>
          <w:b/>
          <w:color w:val="DD6B20"/>
          <w:sz w:val="26"/>
          <w:rtl/>
          <w:szCs w:val="26"/>
          <w:bCs/>
        </w:rPr>
        <w:t>חלק ח׳ – פרק 3 · עץ המשפחה וראיון עם בן משפחה – היכרות עם הפרק</w:t>
      </w:r>
    </w:p>
    <w:p>
      <w:pPr>
        <w:bidi/>
        <w:spacing w:after="40"/>
        <w:jc w:val="right"/>
      </w:pPr>
      <w:r>
        <w:rPr>
          <w:rFonts w:ascii="Arial" w:hAnsi="Arial" w:cs="Arial" w:eastAsia="Arial"/>
          <w:lang w:val="he-IL" w:bidi="he-IL"/>
          <w:sz w:val="22"/>
          <w:rtl/>
          <w:szCs w:val="22"/>
        </w:rPr>
        <w:t>1. נכון – זהו בדיוק התוכן של פרק 3</w:t>
      </w:r>
    </w:p>
    <w:p>
      <w:pPr>
        <w:bidi/>
        <w:spacing w:after="40"/>
        <w:jc w:val="right"/>
      </w:pPr>
      <w:r>
        <w:rPr>
          <w:rFonts w:ascii="Arial" w:hAnsi="Arial" w:cs="Arial" w:eastAsia="Arial"/>
          <w:lang w:val="he-IL" w:bidi="he-IL"/>
          <w:sz w:val="22"/>
          <w:rtl/>
          <w:szCs w:val="22"/>
        </w:rPr>
        <w:t>2. לא נכון – הראיון בפרק הזה הוא עם בן משפחה, לא עם חבר מהכיתה</w:t>
      </w:r>
    </w:p>
    <w:p>
      <w:pPr>
        <w:bidi/>
        <w:pStyle w:val="Heading3"/>
        <w:spacing w:after="80"/>
        <w:jc w:val="right"/>
      </w:pPr>
      <w:r>
        <w:rPr>
          <w:rFonts w:ascii="Arial" w:hAnsi="Arial" w:cs="Arial" w:eastAsia="Arial"/>
          <w:lang w:val="he-IL" w:bidi="he-IL"/>
          <w:b/>
          <w:color w:val="3182CE"/>
          <w:sz w:val="26"/>
          <w:rtl/>
          <w:szCs w:val="26"/>
          <w:bCs/>
        </w:rPr>
        <w:t>חלק ט׳ – פרק 3 · עץ המשפחה וראיון עם בן משפחה – היכרות עם הפרק</w:t>
      </w:r>
    </w:p>
    <w:p>
      <w:pPr>
        <w:bidi/>
        <w:spacing w:after="40"/>
        <w:jc w:val="right"/>
      </w:pPr>
      <w:r>
        <w:rPr>
          <w:rFonts w:ascii="Arial" w:hAnsi="Arial" w:cs="Arial" w:eastAsia="Arial"/>
          <w:lang w:val="he-IL" w:bidi="he-IL"/>
          <w:sz w:val="22"/>
          <w:rtl/>
          <w:szCs w:val="22"/>
        </w:rPr>
        <w:t>1. א – עץ משפחה וראיון עם בן משפחה</w:t>
      </w:r>
    </w:p>
    <w:p>
      <w:pPr>
        <w:bidi/>
        <w:spacing w:after="40"/>
        <w:jc w:val="right"/>
      </w:pPr>
      <w:r>
        <w:rPr>
          <w:rFonts w:ascii="Arial" w:hAnsi="Arial" w:cs="Arial" w:eastAsia="Arial"/>
          <w:lang w:val="he-IL" w:bidi="he-IL"/>
          <w:sz w:val="22"/>
          <w:rtl/>
          <w:szCs w:val="22"/>
        </w:rPr>
        <w:t>2. ב – בן משפחה מבוגר</w:t>
      </w:r>
    </w:p>
    <w:p>
      <w:pPr>
        <w:bidi/>
        <w:pStyle w:val="Heading3"/>
        <w:spacing w:after="80"/>
        <w:jc w:val="right"/>
      </w:pPr>
      <w:r>
        <w:rPr>
          <w:rFonts w:ascii="Arial" w:hAnsi="Arial" w:cs="Arial" w:eastAsia="Arial"/>
          <w:lang w:val="he-IL" w:bidi="he-IL"/>
          <w:b/>
          <w:color w:val="38A169"/>
          <w:sz w:val="26"/>
          <w:rtl/>
          <w:szCs w:val="26"/>
          <w:bCs/>
        </w:rPr>
        <w:t>חלק י׳ – פרק 3 · עץ המשפחה וראיון עם בן משפחה – איסוף מידע והכנת שאלות</w:t>
      </w:r>
    </w:p>
    <w:p>
      <w:pPr>
        <w:bidi/>
        <w:spacing w:after="40"/>
        <w:jc w:val="right"/>
      </w:pPr>
      <w:r>
        <w:rPr>
          <w:rFonts w:ascii="Arial" w:hAnsi="Arial" w:cs="Arial" w:eastAsia="Arial"/>
          <w:lang w:val="he-IL" w:bidi="he-IL"/>
          <w:sz w:val="22"/>
          <w:rtl/>
          <w:szCs w:val="22"/>
        </w:rPr>
        <w:t>1. שאלות</w:t>
      </w:r>
    </w:p>
    <w:p>
      <w:pPr>
        <w:bidi/>
        <w:spacing w:after="40"/>
        <w:jc w:val="right"/>
      </w:pPr>
      <w:r>
        <w:rPr>
          <w:rFonts w:ascii="Arial" w:hAnsi="Arial" w:cs="Arial" w:eastAsia="Arial"/>
          <w:lang w:val="he-IL" w:bidi="he-IL"/>
          <w:sz w:val="22"/>
          <w:rtl/>
          <w:szCs w:val="22"/>
        </w:rPr>
        <w:t>2. מקומות</w:t>
      </w:r>
    </w:p>
    <w:p>
      <w:pPr>
        <w:bidi/>
        <w:pStyle w:val="Heading3"/>
        <w:spacing w:after="80"/>
        <w:jc w:val="right"/>
      </w:pPr>
      <w:r>
        <w:rPr>
          <w:rFonts w:ascii="Arial" w:hAnsi="Arial" w:cs="Arial" w:eastAsia="Arial"/>
          <w:lang w:val="he-IL" w:bidi="he-IL"/>
          <w:b/>
          <w:color w:val="805AD5"/>
          <w:sz w:val="26"/>
          <w:rtl/>
          <w:szCs w:val="26"/>
          <w:bCs/>
        </w:rPr>
        <w:t>חלק י״א – פרק 3 · עץ המשפחה וראיון עם בן משפחה – איסוף מידע והכנת שאלות</w:t>
      </w:r>
    </w:p>
    <w:p>
      <w:pPr>
        <w:bidi/>
        <w:spacing w:after="40"/>
        <w:jc w:val="right"/>
      </w:pPr>
      <w:r>
        <w:rPr>
          <w:rFonts w:ascii="Arial" w:hAnsi="Arial" w:cs="Arial" w:eastAsia="Arial"/>
          <w:lang w:val="he-IL" w:bidi="he-IL"/>
          <w:sz w:val="22"/>
          <w:rtl/>
          <w:szCs w:val="22"/>
        </w:rPr>
        <w:t>1 – ב (מאיפה היגרתם ולאן עברתם?)</w:t>
      </w:r>
    </w:p>
    <w:p>
      <w:pPr>
        <w:bidi/>
        <w:spacing w:after="40"/>
        <w:jc w:val="right"/>
      </w:pPr>
      <w:r>
        <w:rPr>
          <w:rFonts w:ascii="Arial" w:hAnsi="Arial" w:cs="Arial" w:eastAsia="Arial"/>
          <w:lang w:val="he-IL" w:bidi="he-IL"/>
          <w:sz w:val="22"/>
          <w:rtl/>
          <w:szCs w:val="22"/>
        </w:rPr>
        <w:t>2 – א (מאיפה החפץ הזה הגיע אליך?)</w:t>
      </w:r>
    </w:p>
    <w:p>
      <w:pPr>
        <w:bidi/>
        <w:spacing w:after="40"/>
        <w:jc w:val="right"/>
      </w:pPr>
      <w:r>
        <w:rPr>
          <w:rFonts w:ascii="Arial" w:hAnsi="Arial" w:cs="Arial" w:eastAsia="Arial"/>
          <w:lang w:val="he-IL" w:bidi="he-IL"/>
          <w:sz w:val="22"/>
          <w:rtl/>
          <w:szCs w:val="22"/>
        </w:rPr>
        <w:t>3 – ד (איזה מנהג המשפחה שומרת כל שנה?)</w:t>
      </w:r>
    </w:p>
    <w:p>
      <w:pPr>
        <w:bidi/>
        <w:spacing w:after="40"/>
        <w:jc w:val="right"/>
      </w:pPr>
      <w:r>
        <w:rPr>
          <w:rFonts w:ascii="Arial" w:hAnsi="Arial" w:cs="Arial" w:eastAsia="Arial"/>
          <w:lang w:val="he-IL" w:bidi="he-IL"/>
          <w:sz w:val="22"/>
          <w:rtl/>
          <w:szCs w:val="22"/>
        </w:rPr>
        <w:t>4 – ג (למה בחרו לקרוא לי בשם הזה?)</w:t>
      </w:r>
    </w:p>
    <w:p>
      <w:pPr>
        <w:bidi/>
        <w:pStyle w:val="Heading3"/>
        <w:spacing w:after="80"/>
        <w:jc w:val="right"/>
      </w:pPr>
      <w:r>
        <w:rPr>
          <w:rFonts w:ascii="Arial" w:hAnsi="Arial" w:cs="Arial" w:eastAsia="Arial"/>
          <w:lang w:val="he-IL" w:bidi="he-IL"/>
          <w:b/>
          <w:color w:val="D53F8C"/>
          <w:sz w:val="26"/>
          <w:rtl/>
          <w:szCs w:val="26"/>
          <w:bCs/>
        </w:rPr>
        <w:t>חלק י״ב – פרק 4 · המקום שלי - היישוב או העיר – מה אני כבר יודע/ת</w:t>
      </w:r>
    </w:p>
    <w:p>
      <w:pPr>
        <w:bidi/>
        <w:spacing w:after="40"/>
        <w:jc w:val="right"/>
      </w:pPr>
      <w:r>
        <w:rPr>
          <w:rFonts w:ascii="Arial" w:hAnsi="Arial" w:cs="Arial" w:eastAsia="Arial"/>
          <w:lang w:val="he-IL" w:bidi="he-IL"/>
          <w:sz w:val="22"/>
          <w:rtl/>
          <w:szCs w:val="22"/>
        </w:rPr>
        <w:t>1. נכון – זהו הנושא המרכזי של הפרק</w:t>
      </w:r>
    </w:p>
    <w:p>
      <w:pPr>
        <w:bidi/>
        <w:spacing w:after="40"/>
        <w:jc w:val="right"/>
      </w:pPr>
      <w:r>
        <w:rPr>
          <w:rFonts w:ascii="Arial" w:hAnsi="Arial" w:cs="Arial" w:eastAsia="Arial"/>
          <w:lang w:val="he-IL" w:bidi="he-IL"/>
          <w:sz w:val="22"/>
          <w:rtl/>
          <w:szCs w:val="22"/>
        </w:rPr>
        <w:t>2. לא נכון – אפשר ואף כדאי לכתוב היסטוריה קצרה של המקום</w:t>
      </w:r>
    </w:p>
    <w:p>
      <w:pPr>
        <w:bidi/>
        <w:spacing w:after="40"/>
        <w:jc w:val="right"/>
      </w:pPr>
      <w:r>
        <w:rPr>
          <w:rFonts w:ascii="Arial" w:hAnsi="Arial" w:cs="Arial" w:eastAsia="Arial"/>
          <w:lang w:val="he-IL" w:bidi="he-IL"/>
          <w:sz w:val="22"/>
          <w:rtl/>
          <w:szCs w:val="22"/>
        </w:rPr>
        <w:t>3. נכון – כל שמונת הפרקים בנויים באותו מבנה</w:t>
      </w:r>
    </w:p>
    <w:p>
      <w:pPr>
        <w:bidi/>
        <w:pStyle w:val="Heading3"/>
        <w:spacing w:after="80"/>
        <w:jc w:val="right"/>
      </w:pPr>
      <w:r>
        <w:rPr>
          <w:rFonts w:ascii="Arial" w:hAnsi="Arial" w:cs="Arial" w:eastAsia="Arial"/>
          <w:lang w:val="he-IL" w:bidi="he-IL"/>
          <w:b/>
          <w:color w:val="E53E3E"/>
          <w:sz w:val="26"/>
          <w:rtl/>
          <w:szCs w:val="26"/>
          <w:bCs/>
        </w:rPr>
        <w:t>חלק י״ג – פרק 4 · המקום שלי - היישוב או העיר – איסוף מידע</w:t>
      </w:r>
    </w:p>
    <w:p>
      <w:pPr>
        <w:bidi/>
        <w:spacing w:after="40"/>
        <w:jc w:val="right"/>
      </w:pPr>
      <w:r>
        <w:rPr>
          <w:rFonts w:ascii="Arial" w:hAnsi="Arial" w:cs="Arial" w:eastAsia="Arial"/>
          <w:lang w:val="he-IL" w:bidi="he-IL"/>
          <w:sz w:val="22"/>
          <w:rtl/>
          <w:szCs w:val="22"/>
        </w:rPr>
        <w:t>1. בני משפחה או שכנים מבוגרים</w:t>
      </w:r>
    </w:p>
    <w:p>
      <w:pPr>
        <w:bidi/>
        <w:spacing w:after="40"/>
        <w:jc w:val="right"/>
      </w:pPr>
      <w:r>
        <w:rPr>
          <w:rFonts w:ascii="Arial" w:hAnsi="Arial" w:cs="Arial" w:eastAsia="Arial"/>
          <w:lang w:val="he-IL" w:bidi="he-IL"/>
          <w:sz w:val="22"/>
          <w:rtl/>
          <w:szCs w:val="22"/>
        </w:rPr>
        <w:t>2. A4</w:t>
      </w:r>
    </w:p>
    <w:p>
      <w:pPr>
        <w:bidi/>
        <w:pStyle w:val="Heading3"/>
        <w:spacing w:after="80"/>
        <w:jc w:val="right"/>
      </w:pPr>
      <w:r>
        <w:rPr>
          <w:rFonts w:ascii="Arial" w:hAnsi="Arial" w:cs="Arial" w:eastAsia="Arial"/>
          <w:lang w:val="he-IL" w:bidi="he-IL"/>
          <w:b/>
          <w:color w:val="DD6B20"/>
          <w:sz w:val="26"/>
          <w:rtl/>
          <w:szCs w:val="26"/>
          <w:bCs/>
        </w:rPr>
        <w:t>חלק י״ד – פרק 4 · המקום שלי - היישוב או העיר – כתיבה ומחשבה</w:t>
      </w:r>
    </w:p>
    <w:p>
      <w:pPr>
        <w:bidi/>
        <w:spacing w:after="40"/>
        <w:jc w:val="right"/>
      </w:pPr>
      <w:r>
        <w:rPr>
          <w:rFonts w:ascii="Arial" w:hAnsi="Arial" w:cs="Arial" w:eastAsia="Arial"/>
          <w:lang w:val="he-IL" w:bidi="he-IL"/>
          <w:sz w:val="22"/>
          <w:rtl/>
          <w:szCs w:val="22"/>
        </w:rPr>
        <w:t>1. תשובה חופשית הכוללת שלושה מאפיינים רלוונטיים ומדויקים</w:t>
      </w:r>
    </w:p>
    <w:p>
      <w:pPr>
        <w:bidi/>
        <w:pStyle w:val="Heading3"/>
        <w:spacing w:after="80"/>
        <w:jc w:val="right"/>
      </w:pPr>
      <w:r>
        <w:rPr>
          <w:rFonts w:ascii="Arial" w:hAnsi="Arial" w:cs="Arial" w:eastAsia="Arial"/>
          <w:lang w:val="he-IL" w:bidi="he-IL"/>
          <w:b/>
          <w:color w:val="3182CE"/>
          <w:sz w:val="26"/>
          <w:rtl/>
          <w:szCs w:val="26"/>
          <w:bCs/>
        </w:rPr>
        <w:t>חלק ט״ו – פרק 5 · כתיבה, עיצוב והגשה – מכירים את התהליך</w:t>
      </w:r>
    </w:p>
    <w:p>
      <w:pPr>
        <w:bidi/>
        <w:spacing w:after="40"/>
        <w:jc w:val="right"/>
      </w:pPr>
      <w:r>
        <w:rPr>
          <w:rFonts w:ascii="Arial" w:hAnsi="Arial" w:cs="Arial" w:eastAsia="Arial"/>
          <w:lang w:val="he-IL" w:bidi="he-IL"/>
          <w:sz w:val="22"/>
          <w:rtl/>
          <w:szCs w:val="22"/>
        </w:rPr>
        <w:t>1. נכון – אכן כך בתחנה 7 מגישים טיוטה, מקבלים הערות ומשפרים</w:t>
      </w:r>
    </w:p>
    <w:p>
      <w:pPr>
        <w:bidi/>
        <w:spacing w:after="40"/>
        <w:jc w:val="right"/>
      </w:pPr>
      <w:r>
        <w:rPr>
          <w:rFonts w:ascii="Arial" w:hAnsi="Arial" w:cs="Arial" w:eastAsia="Arial"/>
          <w:lang w:val="he-IL" w:bidi="he-IL"/>
          <w:sz w:val="22"/>
          <w:rtl/>
          <w:szCs w:val="22"/>
        </w:rPr>
        <w:t>2. לא נכון – אחרי קבלת המשוב צריך לשפר את הכתיבה לפי ההערות שקיבלתם</w:t>
      </w:r>
    </w:p>
    <w:p>
      <w:pPr>
        <w:bidi/>
        <w:pStyle w:val="Heading3"/>
        <w:spacing w:after="80"/>
        <w:jc w:val="right"/>
      </w:pPr>
      <w:r>
        <w:rPr>
          <w:rFonts w:ascii="Arial" w:hAnsi="Arial" w:cs="Arial" w:eastAsia="Arial"/>
          <w:lang w:val="he-IL" w:bidi="he-IL"/>
          <w:b/>
          <w:color w:val="38A169"/>
          <w:sz w:val="26"/>
          <w:rtl/>
          <w:szCs w:val="26"/>
          <w:bCs/>
        </w:rPr>
        <w:t>חלק ט״ז – פרק 5 · כתיבה, עיצוב והגשה – משלימים את התהליך</w:t>
      </w:r>
    </w:p>
    <w:p>
      <w:pPr>
        <w:bidi/>
        <w:spacing w:after="40"/>
        <w:jc w:val="right"/>
      </w:pPr>
      <w:r>
        <w:rPr>
          <w:rFonts w:ascii="Arial" w:hAnsi="Arial" w:cs="Arial" w:eastAsia="Arial"/>
          <w:lang w:val="he-IL" w:bidi="he-IL"/>
          <w:sz w:val="22"/>
          <w:rtl/>
          <w:szCs w:val="22"/>
        </w:rPr>
        <w:t>1. טיוטה</w:t>
      </w:r>
    </w:p>
    <w:p>
      <w:pPr>
        <w:bidi/>
        <w:spacing w:after="40"/>
        <w:jc w:val="right"/>
      </w:pPr>
      <w:r>
        <w:rPr>
          <w:rFonts w:ascii="Arial" w:hAnsi="Arial" w:cs="Arial" w:eastAsia="Arial"/>
          <w:lang w:val="he-IL" w:bidi="he-IL"/>
          <w:sz w:val="22"/>
          <w:rtl/>
          <w:szCs w:val="22"/>
        </w:rPr>
        <w:t>2. מעוצב</w:t>
      </w:r>
    </w:p>
    <w:p>
      <w:pPr>
        <w:bidi/>
        <w:pStyle w:val="Heading3"/>
        <w:spacing w:after="80"/>
        <w:jc w:val="right"/>
      </w:pPr>
      <w:r>
        <w:rPr>
          <w:rFonts w:ascii="Arial" w:hAnsi="Arial" w:cs="Arial" w:eastAsia="Arial"/>
          <w:lang w:val="he-IL" w:bidi="he-IL"/>
          <w:b/>
          <w:color w:val="805AD5"/>
          <w:sz w:val="26"/>
          <w:rtl/>
          <w:szCs w:val="26"/>
          <w:bCs/>
        </w:rPr>
        <w:t>חלק י״ז – פרק 5 · כתיבה, עיצוב והגשה – חושבים וכותבים</w:t>
      </w:r>
    </w:p>
    <w:p>
      <w:pPr>
        <w:bidi/>
        <w:spacing w:after="40"/>
        <w:jc w:val="right"/>
      </w:pPr>
      <w:r>
        <w:rPr>
          <w:rFonts w:ascii="Arial" w:hAnsi="Arial" w:cs="Arial" w:eastAsia="Arial"/>
          <w:lang w:val="he-IL" w:bidi="he-IL"/>
          <w:sz w:val="22"/>
          <w:rtl/>
          <w:szCs w:val="22"/>
        </w:rPr>
        <w:t>1. שאלות הקשורות לבהירות הכתיבה, לעיצוב הדף או לתוכן החסר</w:t>
      </w:r>
    </w:p>
    <w:p>
      <w:pPr>
        <w:bidi/>
        <w:pStyle w:val="Heading3"/>
        <w:spacing w:after="80"/>
        <w:jc w:val="right"/>
      </w:pPr>
      <w:r>
        <w:rPr>
          <w:rFonts w:ascii="Arial" w:hAnsi="Arial" w:cs="Arial" w:eastAsia="Arial"/>
          <w:lang w:val="he-IL" w:bidi="he-IL"/>
          <w:b/>
          <w:color w:val="D53F8C"/>
          <w:sz w:val="26"/>
          <w:rtl/>
          <w:szCs w:val="26"/>
          <w:bCs/>
        </w:rPr>
        <w:t>חלק י״ח – חזרה מסכמת – שאלות אמריקאיות על כל הפרקים</w:t>
      </w:r>
    </w:p>
    <w:p>
      <w:pPr>
        <w:bidi/>
        <w:spacing w:after="40"/>
        <w:jc w:val="right"/>
      </w:pPr>
      <w:r>
        <w:rPr>
          <w:rFonts w:ascii="Arial" w:hAnsi="Arial" w:cs="Arial" w:eastAsia="Arial"/>
          <w:lang w:val="he-IL" w:bidi="he-IL"/>
          <w:sz w:val="22"/>
          <w:rtl/>
          <w:szCs w:val="22"/>
        </w:rPr>
        <w:t>1. א – פרק 1</w:t>
      </w:r>
    </w:p>
    <w:p>
      <w:pPr>
        <w:bidi/>
        <w:spacing w:after="40"/>
        <w:jc w:val="right"/>
      </w:pPr>
      <w:r>
        <w:rPr>
          <w:rFonts w:ascii="Arial" w:hAnsi="Arial" w:cs="Arial" w:eastAsia="Arial"/>
          <w:lang w:val="he-IL" w:bidi="he-IL"/>
          <w:sz w:val="22"/>
          <w:rtl/>
          <w:szCs w:val="22"/>
        </w:rPr>
        <w:t>2. ב – השם שלי וסיפורו</w:t>
      </w:r>
    </w:p>
    <w:p>
      <w:pPr>
        <w:bidi/>
        <w:spacing w:after="40"/>
        <w:jc w:val="right"/>
      </w:pPr>
      <w:r>
        <w:rPr>
          <w:rFonts w:ascii="Arial" w:hAnsi="Arial" w:cs="Arial" w:eastAsia="Arial"/>
          <w:lang w:val="he-IL" w:bidi="he-IL"/>
          <w:sz w:val="22"/>
          <w:rtl/>
          <w:szCs w:val="22"/>
        </w:rPr>
        <w:t>3. ג – היישוב או העיר שלי</w:t>
      </w:r>
    </w:p>
    <w:p>
      <w:pPr>
        <w:bidi/>
        <w:pStyle w:val="Heading3"/>
        <w:spacing w:after="80"/>
        <w:jc w:val="right"/>
      </w:pPr>
      <w:r>
        <w:rPr>
          <w:rFonts w:ascii="Arial" w:hAnsi="Arial" w:cs="Arial" w:eastAsia="Arial"/>
          <w:lang w:val="he-IL" w:bidi="he-IL"/>
          <w:b/>
          <w:color w:val="E53E3E"/>
          <w:sz w:val="26"/>
          <w:rtl/>
          <w:szCs w:val="26"/>
          <w:bCs/>
        </w:rPr>
        <w:t>חלק י״ט – חזרה מסכמת – שאלות פתוחות על כל הפרקים</w:t>
      </w:r>
    </w:p>
    <w:p>
      <w:pPr>
        <w:bidi/>
        <w:spacing w:after="40"/>
        <w:jc w:val="right"/>
      </w:pPr>
      <w:r>
        <w:rPr>
          <w:rFonts w:ascii="Arial" w:hAnsi="Arial" w:cs="Arial" w:eastAsia="Arial"/>
          <w:lang w:val="he-IL" w:bidi="he-IL"/>
          <w:sz w:val="22"/>
          <w:rtl/>
          <w:szCs w:val="22"/>
        </w:rPr>
        <w:t>1. תשובה הכוללת רעיון של שימור זיכרון – סיפורים שלא נכתבים עלולים להישכח, ותיעוד שומר אותם לדורות הבאים.</w:t>
      </w:r>
    </w:p>
    <w:p>
      <w:pPr>
        <w:bidi/>
        <w:spacing w:after="40"/>
        <w:jc w:val="right"/>
      </w:pPr>
      <w:r>
        <w:rPr>
          <w:rFonts w:ascii="Arial" w:hAnsi="Arial" w:cs="Arial" w:eastAsia="Arial"/>
          <w:lang w:val="he-IL" w:bidi="he-IL"/>
          <w:sz w:val="22"/>
          <w:rtl/>
          <w:szCs w:val="22"/>
        </w:rPr>
        <w:t>2. תשובה אפשרית: להכין מראש שאלות על מסע, חפץ או מסורת משפחתית, ולהקשיב בתשומת לב בזמן הראיון.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מזכירה שבכל פרק יש מטרה ברורה, שאלות שמכוונות את הכתיבה, ומסגרת שמארגנת את הטקסט בדף</w:t>
      </w:r>
    </w:p>
    <w:p>
      <w:pPr>
        <w:bidi/>
        <w:spacing w:after="80"/>
        <w:jc w:val="right"/>
      </w:pPr>
      <w:r>
        <w:rPr>
          <w:rFonts w:ascii="Arial" w:hAnsi="Arial" w:cs="Arial" w:eastAsia="Arial"/>
          <w:lang w:val="he-IL" w:bidi="he-IL"/>
          <w:sz w:val="22"/>
          <w:rtl/>
          <w:szCs w:val="22"/>
        </w:rPr>
        <w:t>• תשובה טובה מסבירה שטיוטה היא הניסיון הראשון והמשוב הוא הערות שמקבלים כדי לשפר לפני ההגשה הסופית</w:t>
      </w:r>
    </w:p>
    <w:p>
      <w:pPr>
        <w:bidi/>
        <w:spacing w:after="80"/>
        <w:jc w:val="right"/>
      </w:pPr>
      <w:r>
        <w:rPr>
          <w:rFonts w:ascii="Arial" w:hAnsi="Arial" w:cs="Arial" w:eastAsia="Arial"/>
          <w:lang w:val="he-IL" w:bidi="he-IL"/>
          <w:sz w:val="22"/>
          <w:rtl/>
          <w:szCs w:val="22"/>
        </w:rPr>
        <w:t>• תשובה טובה כוללת דוגמה אישית וקונקרטית ומסבירה בקצרה מה היא מלמדת על המשפחה או על הזהות של הכותב/ת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למספר שיעורים - פרק אחד או שניים בכל שיעור, בהתאם לקצב הכיתה</w:t>
      </w:r>
    </w:p>
    <w:p>
      <w:pPr>
        <w:bidi/>
        <w:spacing w:after="80"/>
        <w:jc w:val="right"/>
      </w:pPr>
      <w:r>
        <w:rPr>
          <w:rFonts w:ascii="Arial" w:hAnsi="Arial" w:cs="Arial" w:eastAsia="Arial"/>
          <w:lang w:val="he-IL" w:bidi="he-IL"/>
          <w:sz w:val="22"/>
          <w:rtl/>
          <w:szCs w:val="22"/>
        </w:rPr>
        <w:t>• לתלמידים שמתקשים לגשת לבן משפחה לראיון אפשר להציע חלופה: כתיבה על זיכרון אישי או חפץ ביתי מוכר</w:t>
      </w:r>
    </w:p>
    <w:p>
      <w:pPr>
        <w:bidi/>
        <w:spacing w:after="80"/>
        <w:jc w:val="right"/>
      </w:pPr>
      <w:r>
        <w:rPr>
          <w:rFonts w:ascii="Arial" w:hAnsi="Arial" w:cs="Arial" w:eastAsia="Arial"/>
          <w:lang w:val="he-IL" w:bidi="he-IL"/>
          <w:sz w:val="22"/>
          <w:rtl/>
          <w:szCs w:val="22"/>
        </w:rPr>
        <w:t>• כדאי לעודד שיתוף בכיתה של קטעים קצרים מהעבודה, כדי לחזק את תחושת ההיכרות וההערכה ההדדית</w:t>
      </w:r>
    </w:p>
    <w:p>
      <w:pPr>
        <w:bidi/>
        <w:spacing w:after="80"/>
        <w:jc w:val="right"/>
      </w:pPr>
      <w:r>
        <w:rPr>
          <w:rFonts w:ascii="Arial" w:hAnsi="Arial" w:cs="Arial" w:eastAsia="Arial"/>
          <w:lang w:val="he-IL" w:bidi="he-IL"/>
          <w:sz w:val="22"/>
          <w:rtl/>
          <w:szCs w:val="22"/>
        </w:rPr>
        <w:t>• לתלמידים מתקדמים אפשר להציע להוסיף מקור נוסף למחקר, כמו תמונה ישנה או מסמך משפחתי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עבודת שורשים – כיתה ז׳</w:t>
            </w:r>
          </w:p>
          <w:p>
            <w:pPr>
              <w:bidi/>
              <w:jc w:val="right"/>
            </w:pPr>
            <w:r>
              <w:rPr>
                <w:rFonts w:ascii="Arial" w:hAnsi="Arial" w:cs="Arial" w:eastAsia="Arial"/>
                <w:lang w:val="he-IL" w:bidi="he-IL"/>
                <w:b/>
                <w:color w:val="3C1361"/>
                <w:sz w:val="32"/>
                <w:rtl/>
                <w:szCs w:val="32"/>
                <w:bCs/>
              </w:rPr>
              <w:t>חוברת תרגול – עבודת שורשים כיתה ז׳</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תתרגלו את כל השלבים של עבודת השורשים, פרק אחרי פרק, בדיוק כמו שמתואר באתר. אפשר לעבוד לפי הסדר או לחזור לתרגול של תחנה מסוימת כשצריך חיזוק. בסוף כל פרק יש שאלה קטנה שתעזור לכם לבדוק שהבנתם.</w:t>
      </w:r>
    </w:p>
    <w:p>
      <w:pPr>
        <w:bidi/>
        <w:spacing w:after="80"/>
        <w:jc w:val="right"/>
      </w:pPr>
      <w:r>
        <w:rPr>
          <w:rFonts w:ascii="Arial" w:hAnsi="Arial" w:cs="Arial" w:eastAsia="Arial"/>
          <w:lang w:val="he-IL" w:bidi="he-IL"/>
          <w:b/>
          <w:color w:val="7B341E"/>
          <w:sz w:val="32"/>
          <w:rtl/>
          <w:szCs w:val="32"/>
          <w:bCs/>
        </w:rPr>
        <w:t>🧺 בנק מילים: שאלות  ·  מעוצב  ·  בני משפחה או שכנים מבוגרים  ·  A4  ·  מקומות  ·  מי שאני  ·  טיוטה  ·  בסיפור</w:t>
      </w:r>
    </w:p>
    <w:p>
      <w:pPr>
        <w:bidi/>
        <w:pStyle w:val="Heading2"/>
        <w:spacing w:after="80"/>
        <w:jc w:val="right"/>
      </w:pPr>
      <w:r>
        <w:rPr>
          <w:rFonts w:ascii="Arial" w:hAnsi="Arial" w:cs="Arial" w:eastAsia="Arial"/>
          <w:lang w:val="he-IL" w:bidi="he-IL"/>
          <w:b/>
          <w:color w:val="E53E3E"/>
          <w:sz w:val="36"/>
          <w:rtl/>
          <w:szCs w:val="36"/>
          <w:bCs/>
        </w:rPr>
        <w:t>1  חלק א׳ – פרק 1 · מכירים את הפרויקט – הכרת מבנה העבודה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פרקים יש בעבודת השורשים?</w:t>
      </w:r>
    </w:p>
    <w:p>
      <w:pPr>
        <w:bidi/>
        <w:spacing w:after="20"/>
        <w:jc w:val="right"/>
      </w:pPr>
      <w:r>
        <w:rPr>
          <w:rFonts w:ascii="Arial" w:hAnsi="Arial" w:cs="Arial" w:eastAsia="Arial"/>
          <w:lang w:val="he-IL" w:bidi="he-IL"/>
          <w:sz w:val="32"/>
          <w:rtl/>
          <w:szCs w:val="32"/>
        </w:rPr>
        <w:t xml:space="preserve">      ☐ א. שישה</w:t>
      </w:r>
    </w:p>
    <w:p>
      <w:pPr>
        <w:bidi/>
        <w:spacing w:after="20"/>
        <w:jc w:val="right"/>
      </w:pPr>
      <w:r>
        <w:rPr>
          <w:rFonts w:ascii="Arial" w:hAnsi="Arial" w:cs="Arial" w:eastAsia="Arial"/>
          <w:lang w:val="he-IL" w:bidi="he-IL"/>
          <w:sz w:val="32"/>
          <w:rtl/>
          <w:szCs w:val="32"/>
        </w:rPr>
        <w:t xml:space="preserve">      ☐ ב. שבעה</w:t>
      </w:r>
    </w:p>
    <w:p>
      <w:pPr>
        <w:bidi/>
        <w:spacing w:after="20"/>
        <w:jc w:val="right"/>
      </w:pPr>
      <w:r>
        <w:rPr>
          <w:rFonts w:ascii="Arial" w:hAnsi="Arial" w:cs="Arial" w:eastAsia="Arial"/>
          <w:lang w:val="he-IL" w:bidi="he-IL"/>
          <w:sz w:val="32"/>
          <w:rtl/>
          <w:szCs w:val="32"/>
        </w:rPr>
        <w:t xml:space="preserve">      ☐ ג. שמונה</w:t>
      </w:r>
    </w:p>
    <w:p>
      <w:pPr>
        <w:bidi/>
        <w:spacing w:after="20"/>
        <w:jc w:val="right"/>
      </w:pPr>
      <w:r>
        <w:rPr>
          <w:rFonts w:ascii="Arial" w:hAnsi="Arial" w:cs="Arial" w:eastAsia="Arial"/>
          <w:lang w:val="he-IL" w:bidi="he-IL"/>
          <w:b/>
          <w:sz w:val="32"/>
          <w:rtl/>
          <w:szCs w:val="32"/>
          <w:bCs/>
        </w:rPr>
        <w:t>2. מה נמצא בכל אחד מפרקי העבודה?</w:t>
      </w:r>
    </w:p>
    <w:p>
      <w:pPr>
        <w:bidi/>
        <w:spacing w:after="20"/>
        <w:jc w:val="right"/>
      </w:pPr>
      <w:r>
        <w:rPr>
          <w:rFonts w:ascii="Arial" w:hAnsi="Arial" w:cs="Arial" w:eastAsia="Arial"/>
          <w:lang w:val="he-IL" w:bidi="he-IL"/>
          <w:sz w:val="32"/>
          <w:rtl/>
          <w:szCs w:val="32"/>
        </w:rPr>
        <w:t xml:space="preserve">      ☐ א. רק שאלות מנחות</w:t>
      </w:r>
    </w:p>
    <w:p>
      <w:pPr>
        <w:bidi/>
        <w:spacing w:after="20"/>
        <w:jc w:val="right"/>
      </w:pPr>
      <w:r>
        <w:rPr>
          <w:rFonts w:ascii="Arial" w:hAnsi="Arial" w:cs="Arial" w:eastAsia="Arial"/>
          <w:lang w:val="he-IL" w:bidi="he-IL"/>
          <w:sz w:val="32"/>
          <w:rtl/>
          <w:szCs w:val="32"/>
        </w:rPr>
        <w:t xml:space="preserve">      ☐ ב. מטרה, שאלות מנחות, מסגרת כתיבה, דוגמה וצ'קליסט</w:t>
      </w:r>
    </w:p>
    <w:p>
      <w:pPr>
        <w:bidi/>
        <w:spacing w:after="20"/>
        <w:jc w:val="right"/>
      </w:pPr>
      <w:r>
        <w:rPr>
          <w:rFonts w:ascii="Arial" w:hAnsi="Arial" w:cs="Arial" w:eastAsia="Arial"/>
          <w:lang w:val="he-IL" w:bidi="he-IL"/>
          <w:sz w:val="32"/>
          <w:rtl/>
          <w:szCs w:val="32"/>
        </w:rPr>
        <w:t xml:space="preserve">      ☐ ג. רק דוגמה אחת</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מכירים את הפרויקט – מתאימים תחנה לתוכן</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תחנה 3 – אוספים את המשפחה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ראיון, מסע, חפץ ומסורת</w:t>
            </w:r>
          </w:p>
        </w:tc>
      </w:tr>
      <w:tr>
        <w:tc>
          <w:tcPr>
            <w:tcW w:type="dxa" w:w="3969"/>
          </w:tcPr>
          <w:p>
            <w:pPr>
              <w:bidi/>
              <w:jc w:val="right"/>
            </w:pPr>
            <w:r>
              <w:rPr>
                <w:rFonts w:ascii="Arial" w:hAnsi="Arial" w:cs="Arial" w:eastAsia="Arial"/>
                <w:lang w:val="he-IL" w:bidi="he-IL"/>
                <w:sz w:val="32"/>
                <w:rtl/>
                <w:szCs w:val="32"/>
              </w:rPr>
              <w:t>2. תחנה 4 – שואלים ומקשיבים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היישוב או העיר שלי</w:t>
            </w:r>
          </w:p>
        </w:tc>
      </w:tr>
      <w:tr>
        <w:tc>
          <w:tcPr>
            <w:tcW w:type="dxa" w:w="3969"/>
          </w:tcPr>
          <w:p>
            <w:pPr>
              <w:bidi/>
              <w:jc w:val="right"/>
            </w:pPr>
            <w:r>
              <w:rPr>
                <w:rFonts w:ascii="Arial" w:hAnsi="Arial" w:cs="Arial" w:eastAsia="Arial"/>
                <w:lang w:val="he-IL" w:bidi="he-IL"/>
                <w:sz w:val="32"/>
                <w:rtl/>
                <w:szCs w:val="32"/>
              </w:rPr>
              <w:t>3. תחנה 5 – מכירים את המקום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עץ משפחה, שמות, מקומות ותמונות</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מכירים את הפרויקט – חושבים ומיישמים</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במילים שלכם למה חשוב לשמר את סיפורי המשפחה (שימור זיכרון).</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כתבו שתי דוגמאות לדברים שאפשר לשאול עליהם במשפחה, כמו חפץ או מתכון.</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השם שלי וסיפורו – מכירים את הפרק</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פרק 2 בעבודת השורשים עוסק בעץ המשפחה ובתמונות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פרק 2 עוסק בשם הפרטי שלי ובסיפור שמאחוריו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השם שלי וסיפורו – הבנה ויישום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באיזו תחנה במסלול מתחילים לעסוק בשם שלי ובסיפורו?</w:t>
      </w:r>
    </w:p>
    <w:p>
      <w:pPr>
        <w:bidi/>
        <w:spacing w:after="20"/>
        <w:jc w:val="right"/>
      </w:pPr>
      <w:r>
        <w:rPr>
          <w:rFonts w:ascii="Arial" w:hAnsi="Arial" w:cs="Arial" w:eastAsia="Arial"/>
          <w:lang w:val="he-IL" w:bidi="he-IL"/>
          <w:sz w:val="32"/>
          <w:rtl/>
          <w:szCs w:val="32"/>
        </w:rPr>
        <w:t xml:space="preserve">      ☐ א. תחנה 1 - מכירים את הפרויקט</w:t>
      </w:r>
    </w:p>
    <w:p>
      <w:pPr>
        <w:bidi/>
        <w:spacing w:after="20"/>
        <w:jc w:val="right"/>
      </w:pPr>
      <w:r>
        <w:rPr>
          <w:rFonts w:ascii="Arial" w:hAnsi="Arial" w:cs="Arial" w:eastAsia="Arial"/>
          <w:lang w:val="he-IL" w:bidi="he-IL"/>
          <w:sz w:val="32"/>
          <w:rtl/>
          <w:szCs w:val="32"/>
        </w:rPr>
        <w:t xml:space="preserve">      ☐ ב. תחנה 2 - מתחילים ממני</w:t>
      </w:r>
    </w:p>
    <w:p>
      <w:pPr>
        <w:bidi/>
        <w:spacing w:after="20"/>
        <w:jc w:val="right"/>
      </w:pPr>
      <w:r>
        <w:rPr>
          <w:rFonts w:ascii="Arial" w:hAnsi="Arial" w:cs="Arial" w:eastAsia="Arial"/>
          <w:lang w:val="he-IL" w:bidi="he-IL"/>
          <w:sz w:val="32"/>
          <w:rtl/>
          <w:szCs w:val="32"/>
        </w:rPr>
        <w:t xml:space="preserve">      ☐ ג. תחנה 4 - שואלים ומקשיבים</w:t>
      </w:r>
    </w:p>
    <w:p>
      <w:pPr>
        <w:bidi/>
        <w:spacing w:after="20"/>
        <w:jc w:val="right"/>
      </w:pPr>
      <w:r>
        <w:rPr>
          <w:rFonts w:ascii="Arial" w:hAnsi="Arial" w:cs="Arial" w:eastAsia="Arial"/>
          <w:lang w:val="he-IL" w:bidi="he-IL"/>
          <w:b/>
          <w:sz w:val="32"/>
          <w:rtl/>
          <w:szCs w:val="32"/>
          <w:bCs/>
        </w:rPr>
        <w:t>2. כל פרק בעבודת השורשים כולל בדרך כלל:</w:t>
      </w:r>
    </w:p>
    <w:p>
      <w:pPr>
        <w:bidi/>
        <w:spacing w:after="20"/>
        <w:jc w:val="right"/>
      </w:pPr>
      <w:r>
        <w:rPr>
          <w:rFonts w:ascii="Arial" w:hAnsi="Arial" w:cs="Arial" w:eastAsia="Arial"/>
          <w:lang w:val="he-IL" w:bidi="he-IL"/>
          <w:sz w:val="32"/>
          <w:rtl/>
          <w:szCs w:val="32"/>
        </w:rPr>
        <w:t xml:space="preserve">      ☐ א. רק שאלה אחת</w:t>
      </w:r>
    </w:p>
    <w:p>
      <w:pPr>
        <w:bidi/>
        <w:spacing w:after="20"/>
        <w:jc w:val="right"/>
      </w:pPr>
      <w:r>
        <w:rPr>
          <w:rFonts w:ascii="Arial" w:hAnsi="Arial" w:cs="Arial" w:eastAsia="Arial"/>
          <w:lang w:val="he-IL" w:bidi="he-IL"/>
          <w:sz w:val="32"/>
          <w:rtl/>
          <w:szCs w:val="32"/>
        </w:rPr>
        <w:t xml:space="preserve">      ☐ ב. מטרה, שאלות מנחות, מסגרת כתיבה, דוגמה וצ'קליסט</w:t>
      </w:r>
    </w:p>
    <w:p>
      <w:pPr>
        <w:bidi/>
        <w:spacing w:after="20"/>
        <w:jc w:val="right"/>
      </w:pPr>
      <w:r>
        <w:rPr>
          <w:rFonts w:ascii="Arial" w:hAnsi="Arial" w:cs="Arial" w:eastAsia="Arial"/>
          <w:lang w:val="he-IL" w:bidi="he-IL"/>
          <w:sz w:val="32"/>
          <w:rtl/>
          <w:szCs w:val="32"/>
        </w:rPr>
        <w:t xml:space="preserve">      ☐ ג. רק דוגמה ללא הסברים</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השם שלי וסיפורו – כתיבה והשלמה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פרק 2 עוסק בשם שלי ו__________ שמאחוריו</w:t>
      </w:r>
    </w:p>
    <w:p>
      <w:pPr>
        <w:bidi/>
        <w:spacing w:after="80"/>
        <w:jc w:val="right"/>
      </w:pPr>
      <w:r>
        <w:rPr>
          <w:rFonts w:ascii="Arial" w:hAnsi="Arial" w:cs="Arial" w:eastAsia="Arial"/>
          <w:lang w:val="he-IL" w:bidi="he-IL"/>
          <w:sz w:val="32"/>
          <w:rtl/>
          <w:szCs w:val="32"/>
        </w:rPr>
        <w:t>2. אחת ממטרות עבודת השורשים היא להבין מאיפה הגעתי ומה מעצב את 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השם שלי וסיפורו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קשר בין דורות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תיעוד סיפורים שעלולים להישכח אם לא כותבים אותם</w:t>
            </w:r>
          </w:p>
        </w:tc>
      </w:tr>
      <w:tr>
        <w:tc>
          <w:tcPr>
            <w:tcW w:type="dxa" w:w="3969"/>
          </w:tcPr>
          <w:p>
            <w:pPr>
              <w:bidi/>
              <w:jc w:val="right"/>
            </w:pPr>
            <w:r>
              <w:rPr>
                <w:rFonts w:ascii="Arial" w:hAnsi="Arial" w:cs="Arial" w:eastAsia="Arial"/>
                <w:lang w:val="he-IL" w:bidi="he-IL"/>
                <w:sz w:val="32"/>
                <w:rtl/>
                <w:szCs w:val="32"/>
              </w:rPr>
              <w:t>2. זהות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ראיון, כתיבה, עריכה וציטוט מקורות</w:t>
            </w:r>
          </w:p>
        </w:tc>
      </w:tr>
      <w:tr>
        <w:tc>
          <w:tcPr>
            <w:tcW w:type="dxa" w:w="3969"/>
          </w:tcPr>
          <w:p>
            <w:pPr>
              <w:bidi/>
              <w:jc w:val="right"/>
            </w:pPr>
            <w:r>
              <w:rPr>
                <w:rFonts w:ascii="Arial" w:hAnsi="Arial" w:cs="Arial" w:eastAsia="Arial"/>
                <w:lang w:val="he-IL" w:bidi="he-IL"/>
                <w:sz w:val="32"/>
                <w:rtl/>
                <w:szCs w:val="32"/>
              </w:rPr>
              <w:t>3. שימור זיכרון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שיחה אמיתית עם סבא, סבתא או בן משפחה מבוגר</w:t>
            </w:r>
          </w:p>
        </w:tc>
      </w:tr>
      <w:tr>
        <w:tc>
          <w:tcPr>
            <w:tcW w:type="dxa" w:w="3969"/>
          </w:tcPr>
          <w:p>
            <w:pPr>
              <w:bidi/>
              <w:jc w:val="right"/>
            </w:pPr>
            <w:r>
              <w:rPr>
                <w:rFonts w:ascii="Arial" w:hAnsi="Arial" w:cs="Arial" w:eastAsia="Arial"/>
                <w:lang w:val="he-IL" w:bidi="he-IL"/>
                <w:sz w:val="32"/>
                <w:rtl/>
                <w:szCs w:val="32"/>
              </w:rPr>
              <w:t>4. כישורי לשון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להבין מאיפה הגעתי ומה מעצב את מי שאני</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עץ המשפחה וראיון עם בן משפחה – היכרות עם הפרק</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בפרק 3 בונים עץ משפחה הכולל שמות, מקומות ותמונות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בפרק 3 כותבים ראיון עם חבר או חברה מהכיתה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עץ המשפחה וראיון עם בן משפחה – היכרות עם הפרק</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כולל פרק 3 בעבודת השורשים?</w:t>
      </w:r>
    </w:p>
    <w:p>
      <w:pPr>
        <w:bidi/>
        <w:spacing w:after="20"/>
        <w:jc w:val="right"/>
      </w:pPr>
      <w:r>
        <w:rPr>
          <w:rFonts w:ascii="Arial" w:hAnsi="Arial" w:cs="Arial" w:eastAsia="Arial"/>
          <w:lang w:val="he-IL" w:bidi="he-IL"/>
          <w:sz w:val="32"/>
          <w:rtl/>
          <w:szCs w:val="32"/>
        </w:rPr>
        <w:t xml:space="preserve">      ☐ א. עץ משפחה וראיון עם בן משפחה</w:t>
      </w:r>
    </w:p>
    <w:p>
      <w:pPr>
        <w:bidi/>
        <w:spacing w:after="20"/>
        <w:jc w:val="right"/>
      </w:pPr>
      <w:r>
        <w:rPr>
          <w:rFonts w:ascii="Arial" w:hAnsi="Arial" w:cs="Arial" w:eastAsia="Arial"/>
          <w:lang w:val="he-IL" w:bidi="he-IL"/>
          <w:sz w:val="32"/>
          <w:rtl/>
          <w:szCs w:val="32"/>
        </w:rPr>
        <w:t xml:space="preserve">      ☐ ב. כתיבת מתכון משפחתי בלבד</w:t>
      </w:r>
    </w:p>
    <w:p>
      <w:pPr>
        <w:bidi/>
        <w:spacing w:after="20"/>
        <w:jc w:val="right"/>
      </w:pPr>
      <w:r>
        <w:rPr>
          <w:rFonts w:ascii="Arial" w:hAnsi="Arial" w:cs="Arial" w:eastAsia="Arial"/>
          <w:lang w:val="he-IL" w:bidi="he-IL"/>
          <w:sz w:val="32"/>
          <w:rtl/>
          <w:szCs w:val="32"/>
        </w:rPr>
        <w:t xml:space="preserve">      ☐ ג. איסוף תמונות בלבד</w:t>
      </w:r>
    </w:p>
    <w:p>
      <w:pPr>
        <w:bidi/>
        <w:spacing w:after="20"/>
        <w:jc w:val="right"/>
      </w:pPr>
      <w:r>
        <w:rPr>
          <w:rFonts w:ascii="Arial" w:hAnsi="Arial" w:cs="Arial" w:eastAsia="Arial"/>
          <w:lang w:val="he-IL" w:bidi="he-IL"/>
          <w:b/>
          <w:sz w:val="32"/>
          <w:rtl/>
          <w:szCs w:val="32"/>
          <w:bCs/>
        </w:rPr>
        <w:t>2. עם מי מומלץ לערוך את הראיון בפרק הזה?</w:t>
      </w:r>
    </w:p>
    <w:p>
      <w:pPr>
        <w:bidi/>
        <w:spacing w:after="20"/>
        <w:jc w:val="right"/>
      </w:pPr>
      <w:r>
        <w:rPr>
          <w:rFonts w:ascii="Arial" w:hAnsi="Arial" w:cs="Arial" w:eastAsia="Arial"/>
          <w:lang w:val="he-IL" w:bidi="he-IL"/>
          <w:sz w:val="32"/>
          <w:rtl/>
          <w:szCs w:val="32"/>
        </w:rPr>
        <w:t xml:space="preserve">      ☐ א. מורה בבית הספר</w:t>
      </w:r>
    </w:p>
    <w:p>
      <w:pPr>
        <w:bidi/>
        <w:spacing w:after="20"/>
        <w:jc w:val="right"/>
      </w:pPr>
      <w:r>
        <w:rPr>
          <w:rFonts w:ascii="Arial" w:hAnsi="Arial" w:cs="Arial" w:eastAsia="Arial"/>
          <w:lang w:val="he-IL" w:bidi="he-IL"/>
          <w:sz w:val="32"/>
          <w:rtl/>
          <w:szCs w:val="32"/>
        </w:rPr>
        <w:t xml:space="preserve">      ☐ ב. בן משפחה מבוגר</w:t>
      </w:r>
    </w:p>
    <w:p>
      <w:pPr>
        <w:bidi/>
        <w:spacing w:after="20"/>
        <w:jc w:val="right"/>
      </w:pPr>
      <w:r>
        <w:rPr>
          <w:rFonts w:ascii="Arial" w:hAnsi="Arial" w:cs="Arial" w:eastAsia="Arial"/>
          <w:lang w:val="he-IL" w:bidi="he-IL"/>
          <w:sz w:val="32"/>
          <w:rtl/>
          <w:szCs w:val="32"/>
        </w:rPr>
        <w:t xml:space="preserve">      ☐ ג. שכן מהרחוב</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עץ המשפחה וראיון עם בן משפחה – איסוף מידע והכנת שאלות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לפני הראיון חשוב להכין רשימת __________ מראש</w:t>
      </w:r>
    </w:p>
    <w:p>
      <w:pPr>
        <w:bidi/>
        <w:spacing w:after="80"/>
        <w:jc w:val="right"/>
      </w:pPr>
      <w:r>
        <w:rPr>
          <w:rFonts w:ascii="Arial" w:hAnsi="Arial" w:cs="Arial" w:eastAsia="Arial"/>
          <w:lang w:val="he-IL" w:bidi="he-IL"/>
          <w:sz w:val="32"/>
          <w:rtl/>
          <w:szCs w:val="32"/>
        </w:rPr>
        <w:t>2. בעץ המשפחה אפשר לרשום שמות, __________ ותמונות</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עץ המשפחה וראיון עם בן משפחה – איסוף מידע והכנת שאלות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שאלה על מסע</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מאיפה החפץ הזה הגיע אליך?</w:t>
            </w:r>
          </w:p>
        </w:tc>
      </w:tr>
      <w:tr>
        <w:tc>
          <w:tcPr>
            <w:tcW w:type="dxa" w:w="3969"/>
          </w:tcPr>
          <w:p>
            <w:pPr>
              <w:bidi/>
              <w:jc w:val="right"/>
            </w:pPr>
            <w:r>
              <w:rPr>
                <w:rFonts w:ascii="Arial" w:hAnsi="Arial" w:cs="Arial" w:eastAsia="Arial"/>
                <w:lang w:val="he-IL" w:bidi="he-IL"/>
                <w:sz w:val="32"/>
                <w:rtl/>
                <w:szCs w:val="32"/>
              </w:rPr>
              <w:t>2. שאלה על חפץ</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מאיפה היגרתם ולאן עברתם?</w:t>
            </w:r>
          </w:p>
        </w:tc>
      </w:tr>
      <w:tr>
        <w:tc>
          <w:tcPr>
            <w:tcW w:type="dxa" w:w="3969"/>
          </w:tcPr>
          <w:p>
            <w:pPr>
              <w:bidi/>
              <w:jc w:val="right"/>
            </w:pPr>
            <w:r>
              <w:rPr>
                <w:rFonts w:ascii="Arial" w:hAnsi="Arial" w:cs="Arial" w:eastAsia="Arial"/>
                <w:lang w:val="he-IL" w:bidi="he-IL"/>
                <w:sz w:val="32"/>
                <w:rtl/>
                <w:szCs w:val="32"/>
              </w:rPr>
              <w:t>3. שאלה על מסורת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למה בחרו לקרוא לי בשם הזה?</w:t>
            </w:r>
          </w:p>
        </w:tc>
      </w:tr>
      <w:tr>
        <w:tc>
          <w:tcPr>
            <w:tcW w:type="dxa" w:w="3969"/>
          </w:tcPr>
          <w:p>
            <w:pPr>
              <w:bidi/>
              <w:jc w:val="right"/>
            </w:pPr>
            <w:r>
              <w:rPr>
                <w:rFonts w:ascii="Arial" w:hAnsi="Arial" w:cs="Arial" w:eastAsia="Arial"/>
                <w:lang w:val="he-IL" w:bidi="he-IL"/>
                <w:sz w:val="32"/>
                <w:rtl/>
                <w:szCs w:val="32"/>
              </w:rPr>
              <w:t>4. שאלה על שם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איזה מנהג המשפחה שומרת כל שנה?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המקום שלי - היישוב או העיר – מה אני כבר יודע/ת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פרק 4 עוסק בהיכרות עם היישוב או העיר שבהם אני חי/ה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אסור לכתוב בפרק הזה על ההיסטוריה של המקום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כמו כל פרק בעבודה, גם בפרק 4 יש מטרה, שאלות מנחות ודוגמה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המקום שלי - היישוב או העיר – איסוף מידע</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כדי ללמוד על ההיסטוריה של היישוב שלי כדאי לשאול __________ שגרים שם שנים רבות</w:t>
      </w:r>
    </w:p>
    <w:p>
      <w:pPr>
        <w:bidi/>
        <w:spacing w:after="80"/>
        <w:jc w:val="right"/>
      </w:pPr>
      <w:r>
        <w:rPr>
          <w:rFonts w:ascii="Arial" w:hAnsi="Arial" w:cs="Arial" w:eastAsia="Arial"/>
          <w:lang w:val="he-IL" w:bidi="he-IL"/>
          <w:sz w:val="32"/>
          <w:rtl/>
          <w:szCs w:val="32"/>
        </w:rPr>
        <w:t>2. כל פרק בעבודה נכתב ומעוצב כדף __________ אחד</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המקום שלי - היישוב או העיר – כתיבה ומחשבה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שלושה מאפיינים של היישוב או העיר שבהם אתם גרים (למשל: גודל, מיקום, אופי)</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כתיבה, עיצוב והגשה – מכירים את התהליך</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בתחנה 7 מגישים טיוטה ולאחר מכן מקבלים משוב</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אחרי קבלת ההערות על הטיוטה אפשר להשאיר את הפרק בדיוק כפי שהוא</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כתיבה, עיצוב והגשה – משלימים את התהליך</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לפני ההגשה הסופית מגישים __________ ומקבלים עליה הערות לשיפור</w:t>
      </w:r>
    </w:p>
    <w:p>
      <w:pPr>
        <w:bidi/>
        <w:spacing w:after="80"/>
        <w:jc w:val="right"/>
      </w:pPr>
      <w:r>
        <w:rPr>
          <w:rFonts w:ascii="Arial" w:hAnsi="Arial" w:cs="Arial" w:eastAsia="Arial"/>
          <w:lang w:val="he-IL" w:bidi="he-IL"/>
          <w:sz w:val="32"/>
          <w:rtl/>
          <w:szCs w:val="32"/>
        </w:rPr>
        <w:t>2. בתחנה 6 כל פרק נכתב ו__________ כדף A4</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כתיבה, עיצוב והגשה – חושבים וכותבים</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שתי שאלות שהייתם שואלים חבר או חברה שקוראים את הטיוטה שלכם, כדי לקבל מהם משוב מועיל</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חזרה מסכמת – שאלות אמריקאיות על כל הפרקים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פרק מכירים את דף הבית, הפרקים והמחוון של העבודה?</w:t>
      </w:r>
    </w:p>
    <w:p>
      <w:pPr>
        <w:bidi/>
        <w:spacing w:after="20"/>
        <w:jc w:val="right"/>
      </w:pPr>
      <w:r>
        <w:rPr>
          <w:rFonts w:ascii="Arial" w:hAnsi="Arial" w:cs="Arial" w:eastAsia="Arial"/>
          <w:lang w:val="he-IL" w:bidi="he-IL"/>
          <w:sz w:val="32"/>
          <w:rtl/>
          <w:szCs w:val="32"/>
        </w:rPr>
        <w:t xml:space="preserve">      ☐ א. פרק 1</w:t>
      </w:r>
    </w:p>
    <w:p>
      <w:pPr>
        <w:bidi/>
        <w:spacing w:after="20"/>
        <w:jc w:val="right"/>
      </w:pPr>
      <w:r>
        <w:rPr>
          <w:rFonts w:ascii="Arial" w:hAnsi="Arial" w:cs="Arial" w:eastAsia="Arial"/>
          <w:lang w:val="he-IL" w:bidi="he-IL"/>
          <w:sz w:val="32"/>
          <w:rtl/>
          <w:szCs w:val="32"/>
        </w:rPr>
        <w:t xml:space="preserve">      ☐ ב. פרק 2</w:t>
      </w:r>
    </w:p>
    <w:p>
      <w:pPr>
        <w:bidi/>
        <w:spacing w:after="20"/>
        <w:jc w:val="right"/>
      </w:pPr>
      <w:r>
        <w:rPr>
          <w:rFonts w:ascii="Arial" w:hAnsi="Arial" w:cs="Arial" w:eastAsia="Arial"/>
          <w:lang w:val="he-IL" w:bidi="he-IL"/>
          <w:sz w:val="32"/>
          <w:rtl/>
          <w:szCs w:val="32"/>
        </w:rPr>
        <w:t xml:space="preserve">      ☐ ג. פרק 3</w:t>
      </w:r>
    </w:p>
    <w:p>
      <w:pPr>
        <w:bidi/>
        <w:spacing w:after="20"/>
        <w:jc w:val="right"/>
      </w:pPr>
      <w:r>
        <w:rPr>
          <w:rFonts w:ascii="Arial" w:hAnsi="Arial" w:cs="Arial" w:eastAsia="Arial"/>
          <w:lang w:val="he-IL" w:bidi="he-IL"/>
          <w:b/>
          <w:sz w:val="32"/>
          <w:rtl/>
          <w:szCs w:val="32"/>
          <w:bCs/>
        </w:rPr>
        <w:t>2. פרק 2 בעבודת השורשים עוסק ב...</w:t>
      </w:r>
    </w:p>
    <w:p>
      <w:pPr>
        <w:bidi/>
        <w:spacing w:after="20"/>
        <w:jc w:val="right"/>
      </w:pPr>
      <w:r>
        <w:rPr>
          <w:rFonts w:ascii="Arial" w:hAnsi="Arial" w:cs="Arial" w:eastAsia="Arial"/>
          <w:lang w:val="he-IL" w:bidi="he-IL"/>
          <w:sz w:val="32"/>
          <w:rtl/>
          <w:szCs w:val="32"/>
        </w:rPr>
        <w:t xml:space="preserve">      ☐ א. עץ המשפחה</w:t>
      </w:r>
    </w:p>
    <w:p>
      <w:pPr>
        <w:bidi/>
        <w:spacing w:after="20"/>
        <w:jc w:val="right"/>
      </w:pPr>
      <w:r>
        <w:rPr>
          <w:rFonts w:ascii="Arial" w:hAnsi="Arial" w:cs="Arial" w:eastAsia="Arial"/>
          <w:lang w:val="he-IL" w:bidi="he-IL"/>
          <w:sz w:val="32"/>
          <w:rtl/>
          <w:szCs w:val="32"/>
        </w:rPr>
        <w:t xml:space="preserve">      ☐ ב. השם שלי וסיפורו</w:t>
      </w:r>
    </w:p>
    <w:p>
      <w:pPr>
        <w:bidi/>
        <w:spacing w:after="20"/>
        <w:jc w:val="right"/>
      </w:pPr>
      <w:r>
        <w:rPr>
          <w:rFonts w:ascii="Arial" w:hAnsi="Arial" w:cs="Arial" w:eastAsia="Arial"/>
          <w:lang w:val="he-IL" w:bidi="he-IL"/>
          <w:sz w:val="32"/>
          <w:rtl/>
          <w:szCs w:val="32"/>
        </w:rPr>
        <w:t xml:space="preserve">      ☐ ג. היישוב או העיר שלי</w:t>
      </w:r>
    </w:p>
    <w:p>
      <w:pPr>
        <w:bidi/>
        <w:spacing w:after="20"/>
        <w:jc w:val="right"/>
      </w:pPr>
      <w:r>
        <w:rPr>
          <w:rFonts w:ascii="Arial" w:hAnsi="Arial" w:cs="Arial" w:eastAsia="Arial"/>
          <w:lang w:val="he-IL" w:bidi="he-IL"/>
          <w:b/>
          <w:sz w:val="32"/>
          <w:rtl/>
          <w:szCs w:val="32"/>
          <w:bCs/>
        </w:rPr>
        <w:t>3. פרק 4 עוסק בהכרת...</w:t>
      </w:r>
    </w:p>
    <w:p>
      <w:pPr>
        <w:bidi/>
        <w:spacing w:after="20"/>
        <w:jc w:val="right"/>
      </w:pPr>
      <w:r>
        <w:rPr>
          <w:rFonts w:ascii="Arial" w:hAnsi="Arial" w:cs="Arial" w:eastAsia="Arial"/>
          <w:lang w:val="he-IL" w:bidi="he-IL"/>
          <w:sz w:val="32"/>
          <w:rtl/>
          <w:szCs w:val="32"/>
        </w:rPr>
        <w:t xml:space="preserve">      ☐ א. השם שלי</w:t>
      </w:r>
    </w:p>
    <w:p>
      <w:pPr>
        <w:bidi/>
        <w:spacing w:after="20"/>
        <w:jc w:val="right"/>
      </w:pPr>
      <w:r>
        <w:rPr>
          <w:rFonts w:ascii="Arial" w:hAnsi="Arial" w:cs="Arial" w:eastAsia="Arial"/>
          <w:lang w:val="he-IL" w:bidi="he-IL"/>
          <w:sz w:val="32"/>
          <w:rtl/>
          <w:szCs w:val="32"/>
        </w:rPr>
        <w:t xml:space="preserve">      ☐ ב. המתכונים במשפחה</w:t>
      </w:r>
    </w:p>
    <w:p>
      <w:pPr>
        <w:bidi/>
        <w:spacing w:after="20"/>
        <w:jc w:val="right"/>
      </w:pPr>
      <w:r>
        <w:rPr>
          <w:rFonts w:ascii="Arial" w:hAnsi="Arial" w:cs="Arial" w:eastAsia="Arial"/>
          <w:lang w:val="he-IL" w:bidi="he-IL"/>
          <w:sz w:val="32"/>
          <w:rtl/>
          <w:szCs w:val="32"/>
        </w:rPr>
        <w:t xml:space="preserve">      ☐ ג. היישוב או העיר שלי</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חזרה מסכמת – שאלות פתוחות על כל הפרקים</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הסבירו במילים שלכם מדוע חשוב לתעד ולשמר סיפורי משפחה.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תארו שני דברים שתעשו כדי להכין ראיון טוב עם בן משפחה, בהתאם לפרק 3.</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אילו שלושה דברים חשובים צריך לכלול בכל פרק בעבודת השורשים (מטרה, שאלות מנחות, מסגרת כתיבה)?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מה ההבדל בין טיוטה למשוב, ולמה שני השלבים חשובים לפני ההגשה הסופית?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עבודת שורשים כיתה ז׳</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